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 xml:space="preserve">Dutch Doctor–Patient [PERSON_003]</w:t>
      </w:r>
    </w:p>
    <w:p>
      <w:r>
        <w:rPr>
          <w:rFonts w:ascii="Arial" w:hAnsi="Arial"/>
          <w:b/>
          <w:sz w:val="22"/>
        </w:rPr>
        <w:t xml:space="preserve">[PERSON_004]:</w:t>
      </w:r>
      <w:r>
        <w:rPr>
          <w:rFonts w:ascii="Arial" w:hAnsi="Arial"/>
          <w:sz w:val="22"/>
        </w:rPr>
        <w:t xml:space="preserve"> Goedemiddag, [PERSON_005]. Gaat u zitten. Waar kan ik u vandaag mee helpen?</w:t>
      </w:r>
    </w:p>
    <w:p>
      <w:r>
        <w:rPr>
          <w:rFonts w:ascii="Arial" w:hAnsi="Arial"/>
          <w:b/>
          <w:sz w:val="22"/>
        </w:rPr>
        <w:t xml:space="preserve">[PERSON_006]:</w:t>
      </w:r>
      <w:r>
        <w:rPr>
          <w:rFonts w:ascii="Arial" w:hAnsi="Arial"/>
          <w:sz w:val="22"/>
        </w:rPr>
        <w:t xml:space="preserve"> Goedemiddag, dokter. Ik vind het een beetje gênant om hierover te praten, maar ik heb de laatste maanden problemen met mijn erectie.</w:t>
      </w:r>
    </w:p>
    <w:p>
      <w:r>
        <w:rPr>
          <w:rFonts w:ascii="Arial" w:hAnsi="Arial"/>
          <w:b/>
          <w:sz w:val="22"/>
        </w:rPr>
        <w:t xml:space="preserve">[PERSON_004]:</w:t>
      </w:r>
      <w:r>
        <w:rPr>
          <w:rFonts w:ascii="Arial" w:hAnsi="Arial"/>
          <w:sz w:val="22"/>
        </w:rPr>
        <w:t xml:space="preserve"> Dat is helemaal niet ongewoon en u hoeft zich er niet voor te schamen. Kunt u vertellen wanneer u dit voor het eerst merkte?</w:t>
      </w:r>
    </w:p>
    <w:p>
      <w:r>
        <w:rPr>
          <w:rFonts w:ascii="Arial" w:hAnsi="Arial"/>
          <w:b/>
          <w:sz w:val="22"/>
        </w:rPr>
        <w:t xml:space="preserve">[PERSON_006]:</w:t>
      </w:r>
      <w:r>
        <w:rPr>
          <w:rFonts w:ascii="Arial" w:hAnsi="Arial"/>
          <w:sz w:val="22"/>
        </w:rPr>
        <w:t xml:space="preserve"> Ongeveer vier maanden geleden. In het begin gebeurde het af en toe, maar de afgelopen zes weken bijna iedere keer wanneer ik seks probeer te hebben.</w:t>
      </w:r>
    </w:p>
    <w:p>
      <w:r>
        <w:rPr>
          <w:rFonts w:ascii="Arial" w:hAnsi="Arial"/>
          <w:b/>
          <w:sz w:val="22"/>
        </w:rPr>
        <w:t xml:space="preserve">[PERSON_004]:</w:t>
      </w:r>
      <w:r>
        <w:rPr>
          <w:rFonts w:ascii="Arial" w:hAnsi="Arial"/>
          <w:sz w:val="22"/>
        </w:rPr>
        <w:t xml:space="preserve"> Lukt het nog wel om een erectie te krijgen tijdens het masturberen of wanneer u 's ochtends wakker wordt?</w:t>
      </w:r>
    </w:p>
    <w:p>
      <w:r>
        <w:rPr>
          <w:rFonts w:ascii="Arial" w:hAnsi="Arial"/>
          <w:b/>
          <w:sz w:val="22"/>
        </w:rPr>
        <w:t xml:space="preserve">[PERSON_006]:</w:t>
      </w:r>
      <w:r>
        <w:rPr>
          <w:rFonts w:ascii="Arial" w:hAnsi="Arial"/>
          <w:sz w:val="22"/>
        </w:rPr>
        <w:t xml:space="preserve"> Ja, meestal wel. Ik word ongeveer drie of vier keer per week wakker met een erectie. Tijdens het masturberen heb ik eigenlijk geen probleem.</w:t>
      </w:r>
    </w:p>
    <w:p>
      <w:r>
        <w:rPr>
          <w:rFonts w:ascii="Arial" w:hAnsi="Arial"/>
          <w:b/>
          <w:sz w:val="22"/>
        </w:rPr>
        <w:t xml:space="preserve">[PERSON_004]:</w:t>
      </w:r>
      <w:r>
        <w:rPr>
          <w:rFonts w:ascii="Arial" w:hAnsi="Arial"/>
          <w:sz w:val="22"/>
        </w:rPr>
        <w:t xml:space="preserve"> Dat is relevante informatie. Hoe vaak heeft u momenteel seks?</w:t>
      </w:r>
    </w:p>
    <w:p>
      <w:r>
        <w:rPr>
          <w:rFonts w:ascii="Arial" w:hAnsi="Arial"/>
          <w:b/>
          <w:sz w:val="22"/>
        </w:rPr>
        <w:t xml:space="preserve">[PERSON_006]:</w:t>
      </w:r>
      <w:r>
        <w:rPr>
          <w:rFonts w:ascii="Arial" w:hAnsi="Arial"/>
          <w:sz w:val="22"/>
        </w:rPr>
        <w:t xml:space="preserve"> Misschien één keer per week. Mijn vriendin en ik hebben sinds ongeveer acht maanden een relatie.</w:t>
      </w:r>
    </w:p>
    <w:p>
      <w:r>
        <w:rPr>
          <w:rFonts w:ascii="Arial" w:hAnsi="Arial"/>
          <w:b/>
          <w:sz w:val="22"/>
        </w:rPr>
        <w:t xml:space="preserve">[PERSON_004]:</w:t>
      </w:r>
      <w:r>
        <w:rPr>
          <w:rFonts w:ascii="Arial" w:hAnsi="Arial"/>
          <w:sz w:val="22"/>
        </w:rPr>
        <w:t xml:space="preserve"> En wanneer u seks probeert te hebben, wat gebeurt er precies?</w:t>
      </w:r>
    </w:p>
    <w:p>
      <w:r>
        <w:rPr>
          <w:rFonts w:ascii="Arial" w:hAnsi="Arial"/>
          <w:b/>
          <w:sz w:val="22"/>
        </w:rPr>
        <w:t xml:space="preserve">[PERSON_006]:</w:t>
      </w:r>
      <w:r>
        <w:rPr>
          <w:rFonts w:ascii="Arial" w:hAnsi="Arial"/>
          <w:sz w:val="22"/>
        </w:rPr>
        <w:t xml:space="preserve"> Ik krijg meestal wel een erectie, maar na ongeveer vijf tot tien minuten wordt die minder hard. Soms is hij helemaal weg voordat we kunnen beginnen.</w:t>
      </w:r>
    </w:p>
    <w:p>
      <w:r>
        <w:rPr>
          <w:rFonts w:ascii="Arial" w:hAnsi="Arial"/>
          <w:b/>
          <w:sz w:val="22"/>
        </w:rPr>
        <w:t xml:space="preserve">[PERSON_004]:</w:t>
      </w:r>
      <w:r>
        <w:rPr>
          <w:rFonts w:ascii="Arial" w:hAnsi="Arial"/>
          <w:sz w:val="22"/>
        </w:rPr>
        <w:t xml:space="preserve"> Heeft u pijn, een verminderd gevoel of veranderingen in uw libido opgemerkt?</w:t>
      </w:r>
    </w:p>
    <w:p>
      <w:r>
        <w:rPr>
          <w:rFonts w:ascii="Arial" w:hAnsi="Arial"/>
          <w:b/>
          <w:sz w:val="22"/>
        </w:rPr>
        <w:t xml:space="preserve">[PERSON_006]:</w:t>
      </w:r>
      <w:r>
        <w:rPr>
          <w:rFonts w:ascii="Arial" w:hAnsi="Arial"/>
          <w:sz w:val="22"/>
        </w:rPr>
        <w:t xml:space="preserve"> Nee, geen pijn. Mijn libido is eigenlijk normaal. Ik heb nog steeds ongeveer drie of vier keer per week zin in seks.</w:t>
      </w:r>
    </w:p>
    <w:p>
      <w:r>
        <w:rPr>
          <w:rFonts w:ascii="Arial" w:hAnsi="Arial"/>
          <w:b/>
          <w:sz w:val="22"/>
        </w:rPr>
        <w:t xml:space="preserve">[PERSON_004]:</w:t>
      </w:r>
      <w:r>
        <w:rPr>
          <w:rFonts w:ascii="Arial" w:hAnsi="Arial"/>
          <w:sz w:val="22"/>
        </w:rPr>
        <w:t xml:space="preserve"> Gebruikt u medicijnen, alcohol of andere middelen?</w:t>
      </w:r>
    </w:p>
    <w:p>
      <w:r>
        <w:rPr>
          <w:rFonts w:ascii="Arial" w:hAnsi="Arial"/>
          <w:b/>
          <w:sz w:val="22"/>
        </w:rPr>
        <w:t xml:space="preserve">[PERSON_006]:</w:t>
      </w:r>
      <w:r>
        <w:rPr>
          <w:rFonts w:ascii="Arial" w:hAnsi="Arial"/>
          <w:sz w:val="22"/>
        </w:rPr>
        <w:t xml:space="preserve"> Ik drink ongeveer twee of drie avonden per week alcohol. Meestal twee biertjes, maar in het weekend soms vijf of zes. Ik rook ook ongeveer vijf sigaretten per dag.</w:t>
      </w:r>
    </w:p>
    <w:p>
      <w:r>
        <w:rPr>
          <w:rFonts w:ascii="Arial" w:hAnsi="Arial"/>
          <w:b/>
          <w:sz w:val="22"/>
        </w:rPr>
        <w:t xml:space="preserve">[PERSON_004]:</w:t>
      </w:r>
      <w:r>
        <w:rPr>
          <w:rFonts w:ascii="Arial" w:hAnsi="Arial"/>
          <w:sz w:val="22"/>
        </w:rPr>
        <w:t xml:space="preserve"> Hoeveel uur slaapt u gemiddeld?</w:t>
      </w:r>
    </w:p>
    <w:p>
      <w:r>
        <w:rPr>
          <w:rFonts w:ascii="Arial" w:hAnsi="Arial"/>
          <w:b/>
          <w:sz w:val="22"/>
        </w:rPr>
        <w:t xml:space="preserve">[PERSON_006]:</w:t>
      </w:r>
      <w:r>
        <w:rPr>
          <w:rFonts w:ascii="Arial" w:hAnsi="Arial"/>
          <w:sz w:val="22"/>
        </w:rPr>
        <w:t xml:space="preserve"> Rond de zes uur per nacht. Soms maar vijf uur als ik veel werk heb.</w:t>
      </w:r>
    </w:p>
    <w:p>
      <w:r>
        <w:rPr>
          <w:rFonts w:ascii="Arial" w:hAnsi="Arial"/>
          <w:b/>
          <w:sz w:val="22"/>
        </w:rPr>
        <w:t xml:space="preserve">[PERSON_004]:</w:t>
      </w:r>
      <w:r>
        <w:rPr>
          <w:rFonts w:ascii="Arial" w:hAnsi="Arial"/>
          <w:sz w:val="22"/>
        </w:rPr>
        <w:t xml:space="preserve"> Heeft u de afgelopen maanden veel stress gehad?</w:t>
      </w:r>
    </w:p>
    <w:p>
      <w:r>
        <w:rPr>
          <w:rFonts w:ascii="Arial" w:hAnsi="Arial"/>
          <w:b/>
          <w:sz w:val="22"/>
        </w:rPr>
        <w:t xml:space="preserve">[PERSON_006]:</w:t>
      </w:r>
      <w:r>
        <w:rPr>
          <w:rFonts w:ascii="Arial" w:hAnsi="Arial"/>
          <w:sz w:val="22"/>
        </w:rPr>
        <w:t xml:space="preserve"> Ja. Ik werk ongeveer 45 tot 50 uur per week. Ik ben vooral bang dat mijn vriendin denkt dat ik haar niet aantrekkelijk vind.</w:t>
      </w:r>
    </w:p>
    <w:p>
      <w:r>
        <w:rPr>
          <w:rFonts w:ascii="Arial" w:hAnsi="Arial"/>
          <w:b/>
          <w:sz w:val="22"/>
        </w:rPr>
        <w:t xml:space="preserve">[PERSON_004]:</w:t>
      </w:r>
      <w:r>
        <w:rPr>
          <w:rFonts w:ascii="Arial" w:hAnsi="Arial"/>
          <w:sz w:val="22"/>
        </w:rPr>
        <w:t xml:space="preserve"> Dat kan de situatie juist versterken. Als u tijdens seks bang bent dat u uw erectie verliest, kan die spanning ervoor zorgen dat het inderdaad gebeurt.</w:t>
      </w:r>
    </w:p>
    <w:p>
      <w:r>
        <w:rPr>
          <w:rFonts w:ascii="Arial" w:hAnsi="Arial"/>
          <w:b/>
          <w:sz w:val="22"/>
        </w:rPr>
        <w:t xml:space="preserve">[PERSON_006]:</w:t>
      </w:r>
      <w:r>
        <w:rPr>
          <w:rFonts w:ascii="Arial" w:hAnsi="Arial"/>
          <w:sz w:val="22"/>
        </w:rPr>
        <w:t xml:space="preserve"> Dus het kan vooral psychologisch zijn?</w:t>
      </w:r>
    </w:p>
    <w:p>
      <w:r>
        <w:rPr>
          <w:rFonts w:ascii="Arial" w:hAnsi="Arial"/>
          <w:b/>
          <w:sz w:val="22"/>
        </w:rPr>
        <w:t xml:space="preserve">[PERSON_004]:</w:t>
      </w:r>
      <w:r>
        <w:rPr>
          <w:rFonts w:ascii="Arial" w:hAnsi="Arial"/>
          <w:sz w:val="22"/>
        </w:rPr>
        <w:t xml:space="preserve"> Dat is mogelijk, vooral omdat u tijdens masturbatie en 's ochtends nog normale erecties heeft. Maar ik wil lichamelijke oorzaken niet zomaar uitsluiten.</w:t>
      </w:r>
    </w:p>
    <w:p>
      <w:r>
        <w:rPr>
          <w:rFonts w:ascii="Arial" w:hAnsi="Arial"/>
          <w:b/>
          <w:sz w:val="22"/>
        </w:rPr>
        <w:t xml:space="preserve">[PERSON_006]:</w:t>
      </w:r>
      <w:r>
        <w:rPr>
          <w:rFonts w:ascii="Arial" w:hAnsi="Arial"/>
          <w:sz w:val="22"/>
        </w:rPr>
        <w:t xml:space="preserve"> Welke onderzoeken zou u aanraden?</w:t>
      </w:r>
    </w:p>
    <w:p>
      <w:r>
        <w:rPr>
          <w:rFonts w:ascii="Arial" w:hAnsi="Arial"/>
          <w:b/>
          <w:sz w:val="22"/>
        </w:rPr>
        <w:t xml:space="preserve">[PERSON_004]:</w:t>
      </w:r>
      <w:r>
        <w:rPr>
          <w:rFonts w:ascii="Arial" w:hAnsi="Arial"/>
          <w:sz w:val="22"/>
        </w:rPr>
        <w:t xml:space="preserve"> Ik zou onder andere uw bloeddruk meten en bloedonderzoek doen. Bijvoorbeeld nuchtere glucose, HbA1c, cholesterol en eventueel testosteron. Uw bloeddruk is vandaag 138/86 mmHg, dus die wil ik ook in de gaten houden.</w:t>
      </w:r>
    </w:p>
    <w:p>
      <w:r>
        <w:rPr>
          <w:rFonts w:ascii="Arial" w:hAnsi="Arial"/>
          <w:b/>
          <w:sz w:val="22"/>
        </w:rPr>
        <w:t xml:space="preserve">[PERSON_006]:</w:t>
      </w:r>
      <w:r>
        <w:rPr>
          <w:rFonts w:ascii="Arial" w:hAnsi="Arial"/>
          <w:sz w:val="22"/>
        </w:rPr>
        <w:t xml:space="preserve"> Is dat heel hoog?</w:t>
      </w:r>
    </w:p>
    <w:p>
      <w:r>
        <w:rPr>
          <w:rFonts w:ascii="Arial" w:hAnsi="Arial"/>
          <w:b/>
          <w:sz w:val="22"/>
        </w:rPr>
        <w:t xml:space="preserve">[PERSON_004]:</w:t>
      </w:r>
      <w:r>
        <w:rPr>
          <w:rFonts w:ascii="Arial" w:hAnsi="Arial"/>
          <w:sz w:val="22"/>
        </w:rPr>
        <w:t xml:space="preserve"> Niet extreem hoog, maar het is wel iets hoger dan ideaal. Uw gewicht is 92 kilogram bij een lengte van 1,86 meter, dus uw BMI is ongeveer 26,6.</w:t>
      </w:r>
    </w:p>
    <w:p>
      <w:r>
        <w:rPr>
          <w:rFonts w:ascii="Arial" w:hAnsi="Arial"/>
          <w:b/>
          <w:sz w:val="22"/>
        </w:rPr>
        <w:t xml:space="preserve">[PERSON_006]:</w:t>
      </w:r>
      <w:r>
        <w:rPr>
          <w:rFonts w:ascii="Arial" w:hAnsi="Arial"/>
          <w:sz w:val="22"/>
        </w:rPr>
        <w:t xml:space="preserve"> Dat had ik niet verwacht.</w:t>
      </w:r>
    </w:p>
    <w:p>
      <w:r>
        <w:rPr>
          <w:rFonts w:ascii="Arial" w:hAnsi="Arial"/>
          <w:b/>
          <w:sz w:val="22"/>
        </w:rPr>
        <w:t xml:space="preserve">[PERSON_004]:</w:t>
      </w:r>
      <w:r>
        <w:rPr>
          <w:rFonts w:ascii="Arial" w:hAnsi="Arial"/>
          <w:sz w:val="22"/>
        </w:rPr>
        <w:t xml:space="preserve"> Het betekent niet automatisch dat er iets ernstigs aan de hand is. Maar minder alcohol, stoppen met roken, meer slaap en regelmatig bewegen kunnen zowel uw algemene gezondheid als uw seksuele functioneren verbeteren.</w:t>
      </w:r>
    </w:p>
    <w:p>
      <w:r>
        <w:rPr>
          <w:rFonts w:ascii="Arial" w:hAnsi="Arial"/>
          <w:b/>
          <w:sz w:val="22"/>
        </w:rPr>
        <w:t xml:space="preserve">[PERSON_006]:</w:t>
      </w:r>
      <w:r>
        <w:rPr>
          <w:rFonts w:ascii="Arial" w:hAnsi="Arial"/>
          <w:sz w:val="22"/>
        </w:rPr>
        <w:t xml:space="preserve"> En bestaan er medicijnen voor?</w:t>
      </w:r>
    </w:p>
    <w:p>
      <w:r>
        <w:rPr>
          <w:rFonts w:ascii="Arial" w:hAnsi="Arial"/>
          <w:b/>
          <w:sz w:val="22"/>
        </w:rPr>
        <w:t xml:space="preserve">[PERSON_004]:</w:t>
      </w:r>
      <w:r>
        <w:rPr>
          <w:rFonts w:ascii="Arial" w:hAnsi="Arial"/>
          <w:sz w:val="22"/>
        </w:rPr>
        <w:t xml:space="preserve"> Ja. Middelen zoals sildenafil kunnen bij sommige mannen helpen. Maar ik wil eerst uw medische geschiedenis en eventuele andere medicijnen controleren. U mag bijvoorbeeld geen sildenafil gebruiken in combinatie met nitraten vanwege het risico op een gevaarlijke daling van de bloeddruk.</w:t>
      </w:r>
    </w:p>
    <w:p>
      <w:r>
        <w:rPr>
          <w:rFonts w:ascii="Arial" w:hAnsi="Arial"/>
          <w:b/>
          <w:sz w:val="22"/>
        </w:rPr>
        <w:t xml:space="preserve">[PERSON_006]:</w:t>
      </w:r>
      <w:r>
        <w:rPr>
          <w:rFonts w:ascii="Arial" w:hAnsi="Arial"/>
          <w:sz w:val="22"/>
        </w:rPr>
        <w:t xml:space="preserve"> Ik gebruik geen andere medicijnen.</w:t>
      </w:r>
    </w:p>
    <w:p>
      <w:r>
        <w:rPr>
          <w:rFonts w:ascii="Arial" w:hAnsi="Arial"/>
          <w:b/>
          <w:sz w:val="22"/>
        </w:rPr>
        <w:t xml:space="preserve">[PERSON_004]:</w:t>
      </w:r>
      <w:r>
        <w:rPr>
          <w:rFonts w:ascii="Arial" w:hAnsi="Arial"/>
          <w:sz w:val="22"/>
        </w:rPr>
        <w:t xml:space="preserve"> Goed. Dan kunnen we eerst de onderzoeken doen. Probeer daarnaast de komende vier weken niet iedere seksuele situatie te zien als een test. Seks hoeft niet te draaien om het behouden van een erectie.</w:t>
      </w:r>
    </w:p>
    <w:p>
      <w:r>
        <w:rPr>
          <w:rFonts w:ascii="Arial" w:hAnsi="Arial"/>
          <w:b/>
          <w:sz w:val="22"/>
        </w:rPr>
        <w:t xml:space="preserve">[PERSON_006]:</w:t>
      </w:r>
      <w:r>
        <w:rPr>
          <w:rFonts w:ascii="Arial" w:hAnsi="Arial"/>
          <w:sz w:val="22"/>
        </w:rPr>
        <w:t xml:space="preserve"> Dat is waarschijnlijk precies waar ik moeite mee heb.</w:t>
      </w:r>
    </w:p>
    <w:p>
      <w:r>
        <w:rPr>
          <w:rFonts w:ascii="Arial" w:hAnsi="Arial"/>
          <w:b/>
          <w:sz w:val="22"/>
        </w:rPr>
        <w:t xml:space="preserve">[PERSON_004]:</w:t>
      </w:r>
      <w:r>
        <w:rPr>
          <w:rFonts w:ascii="Arial" w:hAnsi="Arial"/>
          <w:sz w:val="22"/>
        </w:rPr>
        <w:t xml:space="preserve"> Dat begrijp ik. En bespreek het ook eerlijk met uw vriendin. Dit betekent niet dat u haar niet aantrekkelijk vindt of dat er iets "kapot" is.</w:t>
      </w:r>
    </w:p>
    <w:p>
      <w:r>
        <w:rPr>
          <w:rFonts w:ascii="Arial" w:hAnsi="Arial"/>
          <w:b/>
          <w:sz w:val="22"/>
        </w:rPr>
        <w:t xml:space="preserve">[PERSON_006]:</w:t>
      </w:r>
      <w:r>
        <w:rPr>
          <w:rFonts w:ascii="Arial" w:hAnsi="Arial"/>
          <w:sz w:val="22"/>
        </w:rPr>
        <w:t xml:space="preserve"> Dank u, dokter. Ik schaamde me er behoorlijk voor voordat ik hier binnenkwam.</w:t>
      </w:r>
    </w:p>
    <w:p>
      <w:r>
        <w:rPr>
          <w:rFonts w:ascii="Arial" w:hAnsi="Arial"/>
          <w:b/>
          <w:sz w:val="22"/>
        </w:rPr>
        <w:t xml:space="preserve">[PERSON_004]:</w:t>
      </w:r>
      <w:r>
        <w:rPr>
          <w:rFonts w:ascii="Arial" w:hAnsi="Arial"/>
          <w:sz w:val="22"/>
        </w:rPr>
        <w:t xml:space="preserve"> Dat hoeft echt niet. Dit is een medisch probleem waar veel mannen op enig moment mee te maken krijgen. We pakken het stap voor stap aan.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